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zip" ContentType="application/zip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200"/>
        <w:jc w:val="center"/>
      </w:pPr>
      <w:r>
        <w:rPr>
          <w:sz w:val="36"/>
        </w:rPr>
        <w:t>笔记</w:t>
      </w:r>
    </w:p>
    <w:p>
      <w:pPr>
        <w:pStyle w:val="Title"/>
        <w:keepNext/>
        <w:spacing w:after="640"/>
        <w:jc w:val="center"/>
      </w:pPr>
      <w:r>
        <w:rPr>
          <w:sz w:val="44"/>
        </w:rPr>
        <w:t>尼48个号码各10共480</w:t>
      </w:r>
    </w:p>
    <w:p>
      <w:pPr>
        <w:keepNext/>
        <w:spacing w:after="300" w:line="336" w:lineRule="auto"/>
        <w:jc w:val="center"/>
      </w:pPr>
      <w:r>
        <w:rPr>
          <w:rFonts w:ascii="DejaVu Sans Mono" w:hAnsi="DejaVu Sans Mono" w:eastAsia="DejaVu Sans Mono"/>
          <w:color w:val="737373"/>
          <w:sz w:val="52"/>
        </w:rPr>
        <w:t>00·01·02·03·04·05·06·07</w:t>
      </w:r>
    </w:p>
    <w:p>
      <w:pPr>
        <w:keepNext/>
        <w:spacing w:after="300" w:line="336" w:lineRule="auto"/>
        <w:jc w:val="center"/>
      </w:pPr>
      <w:r>
        <w:rPr>
          <w:rFonts w:ascii="DejaVu Sans Mono" w:hAnsi="DejaVu Sans Mono" w:eastAsia="DejaVu Sans Mono"/>
          <w:color w:val="737373"/>
          <w:sz w:val="52"/>
        </w:rPr>
        <w:t>08·09·10·11·12·13·14·15</w:t>
      </w:r>
    </w:p>
    <w:p>
      <w:pPr>
        <w:keepNext/>
        <w:spacing w:after="300" w:line="336" w:lineRule="auto"/>
        <w:jc w:val="center"/>
      </w:pPr>
      <w:r>
        <w:rPr>
          <w:rFonts w:ascii="DejaVu Sans Mono" w:hAnsi="DejaVu Sans Mono" w:eastAsia="DejaVu Sans Mono"/>
          <w:color w:val="737373"/>
          <w:sz w:val="52"/>
        </w:rPr>
        <w:t>16·17·18·19·20·21·22·23</w:t>
      </w:r>
    </w:p>
    <w:p>
      <w:pPr>
        <w:keepNext/>
        <w:spacing w:after="300" w:line="336" w:lineRule="auto"/>
        <w:jc w:val="center"/>
      </w:pPr>
      <w:r>
        <w:rPr>
          <w:rFonts w:ascii="DejaVu Sans Mono" w:hAnsi="DejaVu Sans Mono" w:eastAsia="DejaVu Sans Mono"/>
          <w:color w:val="737373"/>
          <w:sz w:val="52"/>
        </w:rPr>
        <w:t>00·00·00·00·00·00·00·00</w:t>
      </w:r>
    </w:p>
    <w:p>
      <w:pPr>
        <w:keepNext/>
        <w:spacing w:after="300" w:line="336" w:lineRule="auto"/>
        <w:jc w:val="center"/>
      </w:pPr>
      <w:r>
        <w:rPr>
          <w:rFonts w:ascii="DejaVu Sans Mono" w:hAnsi="DejaVu Sans Mono" w:eastAsia="DejaVu Sans Mono"/>
          <w:color w:val="737373"/>
          <w:sz w:val="52"/>
        </w:rPr>
        <w:t>00·00·00·00·00·00·00·00</w:t>
      </w:r>
    </w:p>
    <w:p>
      <w:pPr>
        <w:keepNext w:val="0"/>
        <w:spacing w:after="300" w:line="336" w:lineRule="auto"/>
        <w:jc w:val="center"/>
      </w:pPr>
      <w:r>
        <w:rPr>
          <w:rFonts w:ascii="DejaVu Sans Mono" w:hAnsi="DejaVu Sans Mono" w:eastAsia="DejaVu Sans Mono"/>
          <w:color w:val="737373"/>
          <w:sz w:val="52"/>
        </w:rPr>
        <w:t>00·00·00·00·00·00·00·00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Noto Sans CJK SC" w:hAnsi="Noto Sans CJK SC" w:eastAsia="Noto Sans CJK SC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 w:before="0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0"/>
    </w:pPr>
    <w:rPr>
      <w:rFonts w:asciiTheme="majorHAnsi" w:eastAsiaTheme="majorEastAsia" w:hAnsiTheme="majorHAnsi" w:cstheme="majorBidi" w:ascii="Noto Sans CJK SC" w:hAnsi="Noto Sans CJK SC" w:eastAsia="Noto Sans CJK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尼48个号码各10共480</dc:title>
  <dc:subject>笔记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